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17EED" w14:textId="79761066" w:rsidR="00910598" w:rsidRDefault="00000000" w:rsidP="00910598">
      <w:pPr>
        <w:jc w:val="center"/>
        <w:rPr>
          <w:b/>
          <w:sz w:val="26"/>
        </w:rPr>
      </w:pPr>
      <w:r w:rsidRPr="00910598">
        <w:rPr>
          <w:b/>
          <w:sz w:val="26"/>
          <w:highlight w:val="yellow"/>
        </w:rPr>
        <w:t>TEXT UȘOR DE ÎNȚELES</w:t>
      </w:r>
    </w:p>
    <w:p w14:paraId="0F9F8B30" w14:textId="77777777" w:rsidR="00910598" w:rsidRDefault="00910598">
      <w:pPr>
        <w:jc w:val="center"/>
      </w:pPr>
    </w:p>
    <w:p w14:paraId="10FC79B1" w14:textId="46FA7EE0" w:rsidR="00910598" w:rsidRPr="00910598" w:rsidRDefault="00000000" w:rsidP="00910598">
      <w:pPr>
        <w:jc w:val="center"/>
        <w:rPr>
          <w:b/>
          <w:sz w:val="44"/>
        </w:rPr>
      </w:pPr>
      <w:r>
        <w:rPr>
          <w:b/>
          <w:sz w:val="44"/>
        </w:rPr>
        <w:t>SCHIȚĂ PENTRU PORTRETUL GENERALULUI</w:t>
      </w:r>
      <w:r>
        <w:rPr>
          <w:b/>
          <w:sz w:val="44"/>
        </w:rPr>
        <w:br/>
        <w:t>CAROL DAVILA</w:t>
      </w:r>
    </w:p>
    <w:p w14:paraId="75B2327F" w14:textId="77777777" w:rsidR="00F4082F" w:rsidRDefault="00000000">
      <w:pPr>
        <w:spacing w:after="160"/>
        <w:jc w:val="center"/>
      </w:pPr>
      <w:r>
        <w:t>Această lucrare a fost făcută înaintea bustului lui Carol Davila.</w:t>
      </w:r>
    </w:p>
    <w:p w14:paraId="50482228" w14:textId="77777777" w:rsidR="00F4082F" w:rsidRDefault="00000000">
      <w:pPr>
        <w:spacing w:after="160"/>
        <w:jc w:val="center"/>
      </w:pPr>
      <w:r>
        <w:t>Este făcută din ghips.</w:t>
      </w:r>
    </w:p>
    <w:p w14:paraId="7A533836" w14:textId="77777777" w:rsidR="00F4082F" w:rsidRDefault="00000000">
      <w:pPr>
        <w:spacing w:after="160"/>
        <w:jc w:val="center"/>
      </w:pPr>
      <w:r>
        <w:t>Lucrarea este mică.</w:t>
      </w:r>
    </w:p>
    <w:p w14:paraId="65A06E18" w14:textId="77777777" w:rsidR="00F4082F" w:rsidRDefault="00000000">
      <w:pPr>
        <w:spacing w:after="160"/>
        <w:jc w:val="center"/>
      </w:pPr>
      <w:r>
        <w:t>Brâncuși a studiat aici chipul lui Carol Davila.</w:t>
      </w:r>
    </w:p>
    <w:p w14:paraId="56AC7FEF" w14:textId="77777777" w:rsidR="00F4082F" w:rsidRDefault="00000000">
      <w:pPr>
        <w:spacing w:after="160"/>
        <w:jc w:val="center"/>
      </w:pPr>
      <w:r>
        <w:t>Mai târziu, a realizat o sculptură mai mare a generalului.</w:t>
      </w:r>
    </w:p>
    <w:p w14:paraId="32B4DF46" w14:textId="77777777" w:rsidR="00F4082F" w:rsidRDefault="00F4082F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F4082F" w14:paraId="53F3A225" w14:textId="77777777">
        <w:trPr>
          <w:jc w:val="center"/>
        </w:trPr>
        <w:tc>
          <w:tcPr>
            <w:tcW w:w="5112" w:type="dxa"/>
            <w:shd w:val="clear" w:color="auto" w:fill="F2F2F2"/>
            <w:vAlign w:val="center"/>
          </w:tcPr>
          <w:p w14:paraId="5FE64609" w14:textId="77777777" w:rsidR="00F4082F" w:rsidRDefault="00000000">
            <w:r>
              <w:rPr>
                <w:b/>
                <w:sz w:val="28"/>
              </w:rPr>
              <w:t>CUVÂNT NOU: SCHIȚĂ</w:t>
            </w:r>
          </w:p>
          <w:p w14:paraId="2019BDA9" w14:textId="77777777" w:rsidR="00F4082F" w:rsidRDefault="00000000">
            <w:r>
              <w:t>O schiță este o primă formă a</w:t>
            </w:r>
            <w:r>
              <w:br/>
              <w:t>unei lucrări.</w:t>
            </w:r>
          </w:p>
          <w:p w14:paraId="168DAF93" w14:textId="77777777" w:rsidR="00F4082F" w:rsidRDefault="00000000">
            <w:r>
              <w:rPr>
                <w:b/>
                <w:sz w:val="18"/>
              </w:rPr>
              <w:t>Sursă fotografie:</w:t>
            </w:r>
          </w:p>
          <w:p w14:paraId="54955033" w14:textId="77777777" w:rsidR="00F4082F" w:rsidRDefault="00000000">
            <w:r>
              <w:rPr>
                <w:sz w:val="16"/>
              </w:rPr>
              <w:t>Wikimedia Commons - Octavian Smigelschi, preparatory drawing:</w:t>
            </w:r>
            <w:r>
              <w:rPr>
                <w:sz w:val="16"/>
              </w:rPr>
              <w:br/>
              <w:t>https://commons.wikimedia.org/wiki/File:Octavian_Smigelschi_Despina_Doamna,_preparatory_drawing,_1906.png</w:t>
            </w:r>
          </w:p>
        </w:tc>
        <w:tc>
          <w:tcPr>
            <w:tcW w:w="5112" w:type="dxa"/>
            <w:shd w:val="clear" w:color="auto" w:fill="F2F2F2"/>
            <w:vAlign w:val="center"/>
          </w:tcPr>
          <w:p w14:paraId="7F329E66" w14:textId="77777777" w:rsidR="00F4082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A87ED4" wp14:editId="25166468">
                  <wp:extent cx="2331720" cy="302405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carol_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0" cy="3024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A03F48" w14:textId="3459AFFB" w:rsidR="00283D98" w:rsidRDefault="00910598" w:rsidP="00910598">
      <w:pPr>
        <w:tabs>
          <w:tab w:val="left" w:pos="3256"/>
        </w:tabs>
      </w:pPr>
      <w:r>
        <w:lastRenderedPageBreak/>
        <w:tab/>
      </w:r>
    </w:p>
    <w:sectPr w:rsidR="00283D98" w:rsidSect="00034616">
      <w:headerReference w:type="default" r:id="rId9"/>
      <w:footerReference w:type="default" r:id="rId10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7455E" w14:textId="77777777" w:rsidR="00283D98" w:rsidRDefault="00283D98" w:rsidP="00910598">
      <w:pPr>
        <w:spacing w:after="0" w:line="240" w:lineRule="auto"/>
      </w:pPr>
      <w:r>
        <w:separator/>
      </w:r>
    </w:p>
  </w:endnote>
  <w:endnote w:type="continuationSeparator" w:id="0">
    <w:p w14:paraId="23F0A7ED" w14:textId="77777777" w:rsidR="00283D98" w:rsidRDefault="00283D98" w:rsidP="00910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BBB95" w14:textId="18C1D6AE" w:rsidR="00910598" w:rsidRDefault="00910598">
    <w:pPr>
      <w:pStyle w:val="Footer"/>
    </w:pPr>
    <w:r>
      <w:rPr>
        <w:noProof/>
      </w:rPr>
      <w:drawing>
        <wp:inline distT="0" distB="0" distL="0" distR="0" wp14:anchorId="5F558330" wp14:editId="5D9C0F0E">
          <wp:extent cx="6492240" cy="577215"/>
          <wp:effectExtent l="0" t="0" r="0" b="0"/>
          <wp:docPr id="428137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8137747" name="Picture 42813774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577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900AC" w14:textId="77777777" w:rsidR="00283D98" w:rsidRDefault="00283D98" w:rsidP="00910598">
      <w:pPr>
        <w:spacing w:after="0" w:line="240" w:lineRule="auto"/>
      </w:pPr>
      <w:r>
        <w:separator/>
      </w:r>
    </w:p>
  </w:footnote>
  <w:footnote w:type="continuationSeparator" w:id="0">
    <w:p w14:paraId="185C0059" w14:textId="77777777" w:rsidR="00283D98" w:rsidRDefault="00283D98" w:rsidP="00910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50839" w14:textId="01C5A520" w:rsidR="00910598" w:rsidRDefault="00910598">
    <w:pPr>
      <w:pStyle w:val="Header"/>
    </w:pPr>
    <w:r>
      <w:rPr>
        <w:noProof/>
      </w:rPr>
      <w:drawing>
        <wp:inline distT="0" distB="0" distL="0" distR="0" wp14:anchorId="165C5AC0" wp14:editId="40E94DA1">
          <wp:extent cx="6492240" cy="1497965"/>
          <wp:effectExtent l="0" t="0" r="0" b="635"/>
          <wp:docPr id="1498672045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8672045" name="Picture 1" descr="A close-up of a couple of peopl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149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7846916">
    <w:abstractNumId w:val="8"/>
  </w:num>
  <w:num w:numId="2" w16cid:durableId="707531479">
    <w:abstractNumId w:val="6"/>
  </w:num>
  <w:num w:numId="3" w16cid:durableId="99687075">
    <w:abstractNumId w:val="5"/>
  </w:num>
  <w:num w:numId="4" w16cid:durableId="603733973">
    <w:abstractNumId w:val="4"/>
  </w:num>
  <w:num w:numId="5" w16cid:durableId="1394695483">
    <w:abstractNumId w:val="7"/>
  </w:num>
  <w:num w:numId="6" w16cid:durableId="854733492">
    <w:abstractNumId w:val="3"/>
  </w:num>
  <w:num w:numId="7" w16cid:durableId="221058809">
    <w:abstractNumId w:val="2"/>
  </w:num>
  <w:num w:numId="8" w16cid:durableId="735585976">
    <w:abstractNumId w:val="1"/>
  </w:num>
  <w:num w:numId="9" w16cid:durableId="78499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3D98"/>
    <w:rsid w:val="0029639D"/>
    <w:rsid w:val="00326F90"/>
    <w:rsid w:val="00910598"/>
    <w:rsid w:val="00AA1D8D"/>
    <w:rsid w:val="00B47730"/>
    <w:rsid w:val="00CB0664"/>
    <w:rsid w:val="00ED16C8"/>
    <w:rsid w:val="00F408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34BB647"/>
  <w14:defaultImageDpi w14:val="300"/>
  <w15:docId w15:val="{4D195C20-386C-894C-847F-D7042E27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3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Asociatia Nationala a Surzilor din Romania</cp:lastModifiedBy>
  <cp:revision>2</cp:revision>
  <dcterms:created xsi:type="dcterms:W3CDTF">2013-12-23T23:15:00Z</dcterms:created>
  <dcterms:modified xsi:type="dcterms:W3CDTF">2026-10-07T16:29:00Z</dcterms:modified>
  <cp:category/>
</cp:coreProperties>
</file>