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FCF95" w14:textId="77777777" w:rsidR="006A6388" w:rsidRDefault="00000000">
      <w:pPr>
        <w:jc w:val="center"/>
        <w:rPr>
          <w:b/>
          <w:sz w:val="26"/>
        </w:rPr>
      </w:pPr>
      <w:r w:rsidRPr="00CF0071">
        <w:rPr>
          <w:b/>
          <w:sz w:val="26"/>
          <w:highlight w:val="yellow"/>
        </w:rPr>
        <w:t>TEXT UȘOR DE ÎNȚELES</w:t>
      </w:r>
    </w:p>
    <w:p w14:paraId="4312C473" w14:textId="77777777" w:rsidR="00CF0071" w:rsidRDefault="00CF0071">
      <w:pPr>
        <w:jc w:val="center"/>
      </w:pPr>
    </w:p>
    <w:p w14:paraId="38AB458C" w14:textId="77777777" w:rsidR="006A6388" w:rsidRDefault="00000000">
      <w:pPr>
        <w:jc w:val="center"/>
        <w:rPr>
          <w:b/>
          <w:sz w:val="48"/>
        </w:rPr>
      </w:pPr>
      <w:r>
        <w:rPr>
          <w:b/>
          <w:sz w:val="48"/>
        </w:rPr>
        <w:t>SĂRUTUL</w:t>
      </w:r>
    </w:p>
    <w:p w14:paraId="2A895C20" w14:textId="77777777" w:rsidR="00CF0071" w:rsidRDefault="00CF0071">
      <w:pPr>
        <w:jc w:val="center"/>
      </w:pPr>
    </w:p>
    <w:p w14:paraId="1D97CB1A" w14:textId="77777777" w:rsidR="006A6388" w:rsidRDefault="00000000">
      <w:pPr>
        <w:spacing w:after="120"/>
        <w:jc w:val="center"/>
      </w:pPr>
      <w:r>
        <w:t>Brâncuși a sculptat un bărbat și o femeie într-o singură bucată de piatră.</w:t>
      </w:r>
    </w:p>
    <w:p w14:paraId="6357639C" w14:textId="77777777" w:rsidR="006A6388" w:rsidRDefault="00000000">
      <w:pPr>
        <w:spacing w:after="120"/>
        <w:jc w:val="center"/>
      </w:pPr>
      <w:r>
        <w:t>Ei se țin strâns unul de altul și se sărută.</w:t>
      </w:r>
      <w:r>
        <w:br/>
        <w:t>Brațele îi cuprind pe amândoi.</w:t>
      </w:r>
    </w:p>
    <w:p w14:paraId="2A95363C" w14:textId="77777777" w:rsidR="006A6388" w:rsidRDefault="00000000">
      <w:pPr>
        <w:spacing w:after="120"/>
        <w:jc w:val="center"/>
      </w:pPr>
      <w:r>
        <w:t>Bărbatul și femeia au aceeași mărime și stau la același nivel.</w:t>
      </w:r>
    </w:p>
    <w:p w14:paraId="394E581D" w14:textId="77777777" w:rsidR="006A6388" w:rsidRDefault="00000000">
      <w:pPr>
        <w:spacing w:after="120"/>
        <w:jc w:val="center"/>
      </w:pPr>
      <w:r>
        <w:t>Așa arată că sunt egali.</w:t>
      </w:r>
      <w:r>
        <w:br/>
        <w:t>Brâncuși a folosit puține detalii.</w:t>
      </w:r>
    </w:p>
    <w:p w14:paraId="0D9732D8" w14:textId="77777777" w:rsidR="006A6388" w:rsidRDefault="00000000">
      <w:pPr>
        <w:spacing w:after="120"/>
        <w:jc w:val="center"/>
      </w:pPr>
      <w:r>
        <w:t>Cei doi oameni par să fie o singură formă.</w:t>
      </w:r>
      <w:r>
        <w:br/>
        <w:t>Brâncuși a lucrat mulți ani la ideea Sărutului.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6A6388" w14:paraId="2A0CFD27" w14:textId="77777777">
        <w:trPr>
          <w:jc w:val="center"/>
        </w:trPr>
        <w:tc>
          <w:tcPr>
            <w:tcW w:w="5112" w:type="dxa"/>
            <w:shd w:val="clear" w:color="auto" w:fill="F2F2F2"/>
            <w:vAlign w:val="center"/>
          </w:tcPr>
          <w:p w14:paraId="7C8647EE" w14:textId="77777777" w:rsidR="006A6388" w:rsidRDefault="00000000">
            <w:r>
              <w:rPr>
                <w:b/>
                <w:sz w:val="28"/>
              </w:rPr>
              <w:t>CUVÂNT NOU: PIATRĂ</w:t>
            </w:r>
          </w:p>
          <w:p w14:paraId="46826FE5" w14:textId="77777777" w:rsidR="006A6388" w:rsidRDefault="00000000">
            <w:r>
              <w:t>Piatra este un material tare,</w:t>
            </w:r>
            <w:r>
              <w:br/>
              <w:t>care se găsește în natură.</w:t>
            </w:r>
            <w:r>
              <w:br/>
              <w:t>Brâncuși a sculptat multe opere</w:t>
            </w:r>
            <w:r>
              <w:br/>
              <w:t>în piatră.</w:t>
            </w:r>
          </w:p>
          <w:p w14:paraId="150B7664" w14:textId="77777777" w:rsidR="006A6388" w:rsidRDefault="00000000">
            <w:r>
              <w:rPr>
                <w:b/>
                <w:sz w:val="18"/>
              </w:rPr>
              <w:t>Sursă fotografie:</w:t>
            </w:r>
          </w:p>
          <w:p w14:paraId="73C997C4" w14:textId="77777777" w:rsidR="006A6388" w:rsidRDefault="00000000">
            <w:r>
              <w:rPr>
                <w:sz w:val="16"/>
              </w:rPr>
              <w:t>Wikimedia Commons - Limestone rocks:</w:t>
            </w:r>
            <w:r>
              <w:rPr>
                <w:sz w:val="16"/>
              </w:rPr>
              <w:br/>
              <w:t>https://commons.wikimedia.org/wiki/File:Limestone_rocks.jpg</w:t>
            </w:r>
          </w:p>
        </w:tc>
        <w:tc>
          <w:tcPr>
            <w:tcW w:w="5112" w:type="dxa"/>
            <w:shd w:val="clear" w:color="auto" w:fill="F2F2F2"/>
            <w:vAlign w:val="center"/>
          </w:tcPr>
          <w:p w14:paraId="17D0384F" w14:textId="77777777" w:rsidR="006A6388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8543D9" wp14:editId="63889779">
                  <wp:extent cx="2468880" cy="228618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sarutul_phot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2286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587B76" w14:textId="77777777" w:rsidR="00720D33" w:rsidRDefault="00720D33"/>
    <w:sectPr w:rsidR="00720D33" w:rsidSect="00034616">
      <w:headerReference w:type="default" r:id="rId9"/>
      <w:footerReference w:type="default" r:id="rId10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A3000" w14:textId="77777777" w:rsidR="00720D33" w:rsidRDefault="00720D33" w:rsidP="00CF0071">
      <w:pPr>
        <w:spacing w:after="0" w:line="240" w:lineRule="auto"/>
      </w:pPr>
      <w:r>
        <w:separator/>
      </w:r>
    </w:p>
  </w:endnote>
  <w:endnote w:type="continuationSeparator" w:id="0">
    <w:p w14:paraId="0C9255C4" w14:textId="77777777" w:rsidR="00720D33" w:rsidRDefault="00720D33" w:rsidP="00CF0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829E4" w14:textId="0FB8B8DB" w:rsidR="00CF0071" w:rsidRDefault="00CF0071">
    <w:pPr>
      <w:pStyle w:val="Footer"/>
    </w:pPr>
    <w:r>
      <w:rPr>
        <w:noProof/>
      </w:rPr>
      <w:drawing>
        <wp:inline distT="0" distB="0" distL="0" distR="0" wp14:anchorId="3C986A13" wp14:editId="661F980E">
          <wp:extent cx="6492240" cy="577215"/>
          <wp:effectExtent l="0" t="0" r="0" b="0"/>
          <wp:docPr id="170043307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433079" name="Picture 17004330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A079" w14:textId="77777777" w:rsidR="00720D33" w:rsidRDefault="00720D33" w:rsidP="00CF0071">
      <w:pPr>
        <w:spacing w:after="0" w:line="240" w:lineRule="auto"/>
      </w:pPr>
      <w:r>
        <w:separator/>
      </w:r>
    </w:p>
  </w:footnote>
  <w:footnote w:type="continuationSeparator" w:id="0">
    <w:p w14:paraId="0549858E" w14:textId="77777777" w:rsidR="00720D33" w:rsidRDefault="00720D33" w:rsidP="00CF0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68B06" w14:textId="6EF1C697" w:rsidR="00CF0071" w:rsidRDefault="00CF0071">
    <w:pPr>
      <w:pStyle w:val="Header"/>
    </w:pPr>
    <w:r>
      <w:rPr>
        <w:noProof/>
      </w:rPr>
      <w:drawing>
        <wp:inline distT="0" distB="0" distL="0" distR="0" wp14:anchorId="4C5C91C1" wp14:editId="5AB80E1D">
          <wp:extent cx="6492240" cy="1497965"/>
          <wp:effectExtent l="0" t="0" r="0" b="635"/>
          <wp:docPr id="1399339287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339287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149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0084387">
    <w:abstractNumId w:val="8"/>
  </w:num>
  <w:num w:numId="2" w16cid:durableId="1961689341">
    <w:abstractNumId w:val="6"/>
  </w:num>
  <w:num w:numId="3" w16cid:durableId="1794707651">
    <w:abstractNumId w:val="5"/>
  </w:num>
  <w:num w:numId="4" w16cid:durableId="1564365487">
    <w:abstractNumId w:val="4"/>
  </w:num>
  <w:num w:numId="5" w16cid:durableId="1042292680">
    <w:abstractNumId w:val="7"/>
  </w:num>
  <w:num w:numId="6" w16cid:durableId="1055394999">
    <w:abstractNumId w:val="3"/>
  </w:num>
  <w:num w:numId="7" w16cid:durableId="1105418207">
    <w:abstractNumId w:val="2"/>
  </w:num>
  <w:num w:numId="8" w16cid:durableId="1227498773">
    <w:abstractNumId w:val="1"/>
  </w:num>
  <w:num w:numId="9" w16cid:durableId="2008247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6388"/>
    <w:rsid w:val="00720D33"/>
    <w:rsid w:val="00AA1D8D"/>
    <w:rsid w:val="00B47730"/>
    <w:rsid w:val="00CB0664"/>
    <w:rsid w:val="00CF0071"/>
    <w:rsid w:val="00ED16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055CA6B"/>
  <w14:defaultImageDpi w14:val="300"/>
  <w15:docId w15:val="{4D195C20-386C-894C-847F-D7042E27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2026-10-07T17:06:00Z</dcterms:modified>
  <cp:category/>
</cp:coreProperties>
</file>