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20BF8" w14:textId="77777777" w:rsidR="000A729B" w:rsidRDefault="00000000">
      <w:pPr>
        <w:jc w:val="center"/>
        <w:rPr>
          <w:b/>
          <w:sz w:val="26"/>
        </w:rPr>
      </w:pPr>
      <w:r w:rsidRPr="00B05C0F">
        <w:rPr>
          <w:b/>
          <w:sz w:val="26"/>
          <w:highlight w:val="yellow"/>
        </w:rPr>
        <w:t>TEXT UȘOR DE ÎNȚELES</w:t>
      </w:r>
    </w:p>
    <w:p w14:paraId="5CF68050" w14:textId="77777777" w:rsidR="00B05C0F" w:rsidRDefault="00B05C0F">
      <w:pPr>
        <w:jc w:val="center"/>
      </w:pPr>
    </w:p>
    <w:p w14:paraId="1DBE8530" w14:textId="3435F124" w:rsidR="00B05C0F" w:rsidRDefault="00000000" w:rsidP="00B05C0F">
      <w:pPr>
        <w:jc w:val="center"/>
        <w:rPr>
          <w:b/>
          <w:sz w:val="48"/>
        </w:rPr>
      </w:pPr>
      <w:r>
        <w:rPr>
          <w:b/>
          <w:sz w:val="48"/>
        </w:rPr>
        <w:t>ION GEORGESCU-GORJAN</w:t>
      </w:r>
    </w:p>
    <w:p w14:paraId="2314A32A" w14:textId="77777777" w:rsidR="00B05C0F" w:rsidRDefault="00B05C0F">
      <w:pPr>
        <w:jc w:val="center"/>
      </w:pPr>
    </w:p>
    <w:p w14:paraId="58CA9DCA" w14:textId="77777777" w:rsidR="000A729B" w:rsidRDefault="00000000">
      <w:pPr>
        <w:spacing w:after="160"/>
        <w:jc w:val="center"/>
      </w:pPr>
      <w:r>
        <w:t>Această sculptură îl arată pe Ion Georgescu-Gorjan.</w:t>
      </w:r>
    </w:p>
    <w:p w14:paraId="70142A9E" w14:textId="77777777" w:rsidR="000A729B" w:rsidRDefault="00000000">
      <w:pPr>
        <w:spacing w:after="160"/>
        <w:jc w:val="center"/>
      </w:pPr>
      <w:r>
        <w:t>Ion era prieten cu Brâncuși.</w:t>
      </w:r>
    </w:p>
    <w:p w14:paraId="50B3E03D" w14:textId="77777777" w:rsidR="000A729B" w:rsidRDefault="00000000">
      <w:pPr>
        <w:spacing w:after="160"/>
        <w:jc w:val="center"/>
      </w:pPr>
      <w:r>
        <w:t>Brâncuși a făcut un portret al lui Ion.</w:t>
      </w:r>
    </w:p>
    <w:p w14:paraId="1FAE7322" w14:textId="77777777" w:rsidR="000A729B" w:rsidRDefault="00000000">
      <w:pPr>
        <w:spacing w:after="160"/>
        <w:jc w:val="center"/>
      </w:pPr>
      <w:r>
        <w:t>Fiul lui Ion se numea Ștefan Georgescu-Gorjan.</w:t>
      </w:r>
    </w:p>
    <w:p w14:paraId="02839335" w14:textId="77777777" w:rsidR="000A729B" w:rsidRDefault="00000000">
      <w:pPr>
        <w:spacing w:after="160"/>
        <w:jc w:val="center"/>
      </w:pPr>
      <w:r>
        <w:t>Mai târziu, Ștefan l-a ajutat pe Brâncuși să construiască</w:t>
      </w:r>
      <w:r>
        <w:br/>
        <w:t>Coloana fără Sfârșit.</w:t>
      </w:r>
    </w:p>
    <w:p w14:paraId="0CB3000B" w14:textId="77777777" w:rsidR="000A729B" w:rsidRDefault="000A729B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0A729B" w14:paraId="1F2A92B3" w14:textId="77777777">
        <w:trPr>
          <w:jc w:val="center"/>
        </w:trPr>
        <w:tc>
          <w:tcPr>
            <w:tcW w:w="5112" w:type="dxa"/>
            <w:shd w:val="clear" w:color="auto" w:fill="F2F2F2"/>
            <w:vAlign w:val="center"/>
          </w:tcPr>
          <w:p w14:paraId="4A156AC8" w14:textId="77777777" w:rsidR="000A729B" w:rsidRDefault="00000000">
            <w:r>
              <w:rPr>
                <w:b/>
                <w:sz w:val="28"/>
              </w:rPr>
              <w:t>CUVÂNT NOU: PORTRET</w:t>
            </w:r>
          </w:p>
          <w:p w14:paraId="32AE61C0" w14:textId="77777777" w:rsidR="000A729B" w:rsidRDefault="00000000">
            <w:r>
              <w:t>Un portret este o imagine care</w:t>
            </w:r>
            <w:r>
              <w:br/>
              <w:t>arată o anumită persoană.</w:t>
            </w:r>
          </w:p>
          <w:p w14:paraId="66E8CAE7" w14:textId="77777777" w:rsidR="000A729B" w:rsidRDefault="00000000">
            <w:r>
              <w:rPr>
                <w:b/>
                <w:sz w:val="18"/>
              </w:rPr>
              <w:t>Sursă fotografie:</w:t>
            </w:r>
          </w:p>
          <w:p w14:paraId="0BBCFD0D" w14:textId="77777777" w:rsidR="000A729B" w:rsidRDefault="00000000">
            <w:r>
              <w:rPr>
                <w:sz w:val="16"/>
              </w:rPr>
              <w:t>Wikimedia Commons - Portrait of a man, Costin Petrescu:</w:t>
            </w:r>
            <w:r>
              <w:rPr>
                <w:sz w:val="16"/>
              </w:rPr>
              <w:br/>
              <w:t>https://commons.wikimedia.org/wiki/File:Portrait_of_a_man_Costin_Petrescu.jpg</w:t>
            </w:r>
          </w:p>
        </w:tc>
        <w:tc>
          <w:tcPr>
            <w:tcW w:w="5112" w:type="dxa"/>
            <w:shd w:val="clear" w:color="auto" w:fill="F2F2F2"/>
            <w:vAlign w:val="center"/>
          </w:tcPr>
          <w:p w14:paraId="6C449C3C" w14:textId="77777777" w:rsidR="000A729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4B62E1" wp14:editId="631D1E8A">
                  <wp:extent cx="2560320" cy="242915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ion_portrai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429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4A9BE4" w14:textId="77777777" w:rsidR="003E547C" w:rsidRDefault="003E547C"/>
    <w:sectPr w:rsidR="003E547C" w:rsidSect="00034616">
      <w:headerReference w:type="default" r:id="rId9"/>
      <w:footerReference w:type="default" r:id="rId10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5E349" w14:textId="77777777" w:rsidR="003E547C" w:rsidRDefault="003E547C" w:rsidP="00B05C0F">
      <w:pPr>
        <w:spacing w:after="0" w:line="240" w:lineRule="auto"/>
      </w:pPr>
      <w:r>
        <w:separator/>
      </w:r>
    </w:p>
  </w:endnote>
  <w:endnote w:type="continuationSeparator" w:id="0">
    <w:p w14:paraId="5D0A078A" w14:textId="77777777" w:rsidR="003E547C" w:rsidRDefault="003E547C" w:rsidP="00B05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A7570" w14:textId="231BF9AC" w:rsidR="00B05C0F" w:rsidRDefault="00B05C0F">
    <w:pPr>
      <w:pStyle w:val="Footer"/>
    </w:pPr>
    <w:r>
      <w:rPr>
        <w:noProof/>
      </w:rPr>
      <w:drawing>
        <wp:inline distT="0" distB="0" distL="0" distR="0" wp14:anchorId="03460824" wp14:editId="5A267189">
          <wp:extent cx="6492240" cy="577215"/>
          <wp:effectExtent l="0" t="0" r="0" b="0"/>
          <wp:docPr id="55251559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515593" name="Picture 5525155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577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F092C" w14:textId="77777777" w:rsidR="003E547C" w:rsidRDefault="003E547C" w:rsidP="00B05C0F">
      <w:pPr>
        <w:spacing w:after="0" w:line="240" w:lineRule="auto"/>
      </w:pPr>
      <w:r>
        <w:separator/>
      </w:r>
    </w:p>
  </w:footnote>
  <w:footnote w:type="continuationSeparator" w:id="0">
    <w:p w14:paraId="27030FE1" w14:textId="77777777" w:rsidR="003E547C" w:rsidRDefault="003E547C" w:rsidP="00B05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6A32B" w14:textId="7CDAC4B8" w:rsidR="00B05C0F" w:rsidRDefault="00B05C0F">
    <w:pPr>
      <w:pStyle w:val="Header"/>
    </w:pPr>
    <w:r>
      <w:rPr>
        <w:noProof/>
      </w:rPr>
      <w:drawing>
        <wp:inline distT="0" distB="0" distL="0" distR="0" wp14:anchorId="6FB9C518" wp14:editId="4BA173F8">
          <wp:extent cx="6492240" cy="1497965"/>
          <wp:effectExtent l="0" t="0" r="0" b="635"/>
          <wp:docPr id="1468020914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8020914" name="Picture 1" descr="A close-up of a couple of peopl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149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9820242">
    <w:abstractNumId w:val="8"/>
  </w:num>
  <w:num w:numId="2" w16cid:durableId="2109108228">
    <w:abstractNumId w:val="6"/>
  </w:num>
  <w:num w:numId="3" w16cid:durableId="1140802525">
    <w:abstractNumId w:val="5"/>
  </w:num>
  <w:num w:numId="4" w16cid:durableId="976446391">
    <w:abstractNumId w:val="4"/>
  </w:num>
  <w:num w:numId="5" w16cid:durableId="1768038780">
    <w:abstractNumId w:val="7"/>
  </w:num>
  <w:num w:numId="6" w16cid:durableId="1903907574">
    <w:abstractNumId w:val="3"/>
  </w:num>
  <w:num w:numId="7" w16cid:durableId="1330059385">
    <w:abstractNumId w:val="2"/>
  </w:num>
  <w:num w:numId="8" w16cid:durableId="1537083703">
    <w:abstractNumId w:val="1"/>
  </w:num>
  <w:num w:numId="9" w16cid:durableId="13073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729B"/>
    <w:rsid w:val="0015074B"/>
    <w:rsid w:val="0029639D"/>
    <w:rsid w:val="00326F90"/>
    <w:rsid w:val="003E547C"/>
    <w:rsid w:val="00AA1D8D"/>
    <w:rsid w:val="00B05C0F"/>
    <w:rsid w:val="00B47730"/>
    <w:rsid w:val="00CB0664"/>
    <w:rsid w:val="00ED16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2DDEC31"/>
  <w14:defaultImageDpi w14:val="300"/>
  <w15:docId w15:val="{4D195C20-386C-894C-847F-D7042E27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3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Asociatia Nationala a Surzilor din Romania</cp:lastModifiedBy>
  <cp:revision>2</cp:revision>
  <dcterms:created xsi:type="dcterms:W3CDTF">2013-12-23T23:15:00Z</dcterms:created>
  <dcterms:modified xsi:type="dcterms:W3CDTF">2026-10-07T16:15:00Z</dcterms:modified>
  <cp:category/>
</cp:coreProperties>
</file>