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F8D8C" w14:textId="77777777" w:rsidR="004E020D" w:rsidRDefault="00000000">
      <w:pPr>
        <w:jc w:val="center"/>
        <w:rPr>
          <w:b/>
          <w:sz w:val="26"/>
        </w:rPr>
      </w:pPr>
      <w:r w:rsidRPr="0004439A">
        <w:rPr>
          <w:b/>
          <w:sz w:val="26"/>
          <w:highlight w:val="yellow"/>
        </w:rPr>
        <w:t>TEXT UȘOR DE ÎNȚELES</w:t>
      </w:r>
    </w:p>
    <w:p w14:paraId="42261273" w14:textId="77777777" w:rsidR="0004439A" w:rsidRDefault="0004439A">
      <w:pPr>
        <w:jc w:val="center"/>
      </w:pPr>
    </w:p>
    <w:p w14:paraId="1E462D19" w14:textId="77777777" w:rsidR="004E020D" w:rsidRDefault="00000000">
      <w:pPr>
        <w:jc w:val="center"/>
      </w:pPr>
      <w:r>
        <w:rPr>
          <w:b/>
          <w:sz w:val="48"/>
        </w:rPr>
        <w:t>ECORȘEU</w:t>
      </w:r>
    </w:p>
    <w:p w14:paraId="053CC784" w14:textId="77777777" w:rsidR="004E020D" w:rsidRDefault="00000000">
      <w:pPr>
        <w:spacing w:after="140"/>
        <w:jc w:val="center"/>
      </w:pPr>
      <w:r>
        <w:t>Ecorșeul arată corpul unui bărbat fără piele.</w:t>
      </w:r>
    </w:p>
    <w:p w14:paraId="07BEC59C" w14:textId="77777777" w:rsidR="004E020D" w:rsidRDefault="00000000">
      <w:pPr>
        <w:spacing w:after="140"/>
        <w:jc w:val="center"/>
      </w:pPr>
      <w:r>
        <w:t>Se văd mușchii corpului.</w:t>
      </w:r>
    </w:p>
    <w:p w14:paraId="3CAF9D0E" w14:textId="77777777" w:rsidR="004E020D" w:rsidRDefault="00000000">
      <w:pPr>
        <w:spacing w:after="140"/>
        <w:jc w:val="center"/>
      </w:pPr>
      <w:r>
        <w:t>Brâncuși a lucrat împreună cu medicul Dimitrie Gerota.</w:t>
      </w:r>
    </w:p>
    <w:p w14:paraId="38290272" w14:textId="77777777" w:rsidR="004E020D" w:rsidRDefault="00000000">
      <w:pPr>
        <w:spacing w:after="140"/>
        <w:jc w:val="center"/>
      </w:pPr>
      <w:r>
        <w:t>Lucrarea a fost făcută pentru învățare.</w:t>
      </w:r>
    </w:p>
    <w:p w14:paraId="184F9985" w14:textId="77777777" w:rsidR="004E020D" w:rsidRDefault="00000000">
      <w:pPr>
        <w:spacing w:after="140"/>
        <w:jc w:val="center"/>
      </w:pPr>
      <w:r>
        <w:t>Studenții puteau învăța mai ușor despre corpul uman.</w:t>
      </w:r>
    </w:p>
    <w:p w14:paraId="40C14F72" w14:textId="77777777" w:rsidR="004E020D" w:rsidRDefault="004E020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4E020D" w14:paraId="06B27FD5" w14:textId="77777777">
        <w:trPr>
          <w:jc w:val="center"/>
        </w:trPr>
        <w:tc>
          <w:tcPr>
            <w:tcW w:w="5112" w:type="dxa"/>
            <w:shd w:val="clear" w:color="auto" w:fill="F2F2F2"/>
            <w:vAlign w:val="center"/>
          </w:tcPr>
          <w:p w14:paraId="531190DE" w14:textId="77777777" w:rsidR="004E020D" w:rsidRDefault="00000000">
            <w:r>
              <w:rPr>
                <w:b/>
                <w:sz w:val="28"/>
              </w:rPr>
              <w:t>CUVÂNT NOU: ECORȘEU</w:t>
            </w:r>
          </w:p>
          <w:p w14:paraId="63EF8749" w14:textId="77777777" w:rsidR="004E020D" w:rsidRDefault="00000000">
            <w:r>
              <w:t>Un ecorșeu este un model al corpului</w:t>
            </w:r>
            <w:r>
              <w:br/>
              <w:t>fără piele. Este folosit pentru a învăța</w:t>
            </w:r>
            <w:r>
              <w:br/>
              <w:t>despre mușchi.</w:t>
            </w:r>
          </w:p>
        </w:tc>
        <w:tc>
          <w:tcPr>
            <w:tcW w:w="5112" w:type="dxa"/>
            <w:shd w:val="clear" w:color="auto" w:fill="F2F2F2"/>
            <w:vAlign w:val="center"/>
          </w:tcPr>
          <w:p w14:paraId="7725F846" w14:textId="77777777" w:rsidR="004E020D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5844E2" wp14:editId="29578CC3">
                  <wp:extent cx="2103120" cy="29241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ecorseu_phot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2924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DEBF29" w14:textId="77777777" w:rsidR="003E7646" w:rsidRDefault="003E7646"/>
    <w:sectPr w:rsidR="003E7646" w:rsidSect="00034616">
      <w:headerReference w:type="default" r:id="rId9"/>
      <w:footerReference w:type="default" r:id="rId10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9E614" w14:textId="77777777" w:rsidR="003E7646" w:rsidRDefault="003E7646" w:rsidP="0004439A">
      <w:pPr>
        <w:spacing w:after="0" w:line="240" w:lineRule="auto"/>
      </w:pPr>
      <w:r>
        <w:separator/>
      </w:r>
    </w:p>
  </w:endnote>
  <w:endnote w:type="continuationSeparator" w:id="0">
    <w:p w14:paraId="7561D24E" w14:textId="77777777" w:rsidR="003E7646" w:rsidRDefault="003E7646" w:rsidP="00044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2D1F" w14:textId="3D3D2FBD" w:rsidR="0004439A" w:rsidRPr="0004439A" w:rsidRDefault="0004439A" w:rsidP="0004439A">
    <w:pPr>
      <w:pStyle w:val="Footer"/>
    </w:pPr>
    <w:r>
      <w:rPr>
        <w:noProof/>
      </w:rPr>
      <w:drawing>
        <wp:inline distT="0" distB="0" distL="0" distR="0" wp14:anchorId="6F5D3C6D" wp14:editId="1E8591F6">
          <wp:extent cx="6492240" cy="577215"/>
          <wp:effectExtent l="0" t="0" r="0" b="0"/>
          <wp:docPr id="18864759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475938" name="Picture 18864759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1DF5A" w14:textId="77777777" w:rsidR="003E7646" w:rsidRDefault="003E7646" w:rsidP="0004439A">
      <w:pPr>
        <w:spacing w:after="0" w:line="240" w:lineRule="auto"/>
      </w:pPr>
      <w:r>
        <w:separator/>
      </w:r>
    </w:p>
  </w:footnote>
  <w:footnote w:type="continuationSeparator" w:id="0">
    <w:p w14:paraId="2D13C111" w14:textId="77777777" w:rsidR="003E7646" w:rsidRDefault="003E7646" w:rsidP="00044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79D8F" w14:textId="06B930C8" w:rsidR="0004439A" w:rsidRDefault="0004439A">
    <w:pPr>
      <w:pStyle w:val="Header"/>
    </w:pPr>
    <w:r>
      <w:rPr>
        <w:noProof/>
      </w:rPr>
      <w:drawing>
        <wp:inline distT="0" distB="0" distL="0" distR="0" wp14:anchorId="09912940" wp14:editId="085FB51D">
          <wp:extent cx="6492240" cy="1497965"/>
          <wp:effectExtent l="0" t="0" r="0" b="635"/>
          <wp:docPr id="801196878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196878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149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7873397">
    <w:abstractNumId w:val="8"/>
  </w:num>
  <w:num w:numId="2" w16cid:durableId="185214448">
    <w:abstractNumId w:val="6"/>
  </w:num>
  <w:num w:numId="3" w16cid:durableId="565527916">
    <w:abstractNumId w:val="5"/>
  </w:num>
  <w:num w:numId="4" w16cid:durableId="443963700">
    <w:abstractNumId w:val="4"/>
  </w:num>
  <w:num w:numId="5" w16cid:durableId="1228611685">
    <w:abstractNumId w:val="7"/>
  </w:num>
  <w:num w:numId="6" w16cid:durableId="342826195">
    <w:abstractNumId w:val="3"/>
  </w:num>
  <w:num w:numId="7" w16cid:durableId="1230380340">
    <w:abstractNumId w:val="2"/>
  </w:num>
  <w:num w:numId="8" w16cid:durableId="1580825044">
    <w:abstractNumId w:val="1"/>
  </w:num>
  <w:num w:numId="9" w16cid:durableId="30890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39A"/>
    <w:rsid w:val="0006063C"/>
    <w:rsid w:val="0015074B"/>
    <w:rsid w:val="0029639D"/>
    <w:rsid w:val="00326F90"/>
    <w:rsid w:val="003E7646"/>
    <w:rsid w:val="004E020D"/>
    <w:rsid w:val="00AA1D8D"/>
    <w:rsid w:val="00B47730"/>
    <w:rsid w:val="00CB0664"/>
    <w:rsid w:val="00ED16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F1E112"/>
  <w14:defaultImageDpi w14:val="300"/>
  <w15:docId w15:val="{4D195C20-386C-894C-847F-D7042E27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3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2026-10-07T17:43:00Z</dcterms:modified>
  <cp:category/>
</cp:coreProperties>
</file>