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9B58" w14:textId="77777777" w:rsidR="004375BD" w:rsidRDefault="00000000">
      <w:pPr>
        <w:spacing w:after="100"/>
        <w:jc w:val="center"/>
        <w:rPr>
          <w:b/>
          <w:sz w:val="26"/>
        </w:rPr>
      </w:pPr>
      <w:r w:rsidRPr="00A06AEC">
        <w:rPr>
          <w:b/>
          <w:sz w:val="26"/>
          <w:highlight w:val="yellow"/>
        </w:rPr>
        <w:t>TEXT UȘOR DE ÎNȚELES</w:t>
      </w:r>
    </w:p>
    <w:p w14:paraId="496AD22A" w14:textId="77777777" w:rsidR="00A06AEC" w:rsidRDefault="00A06AEC">
      <w:pPr>
        <w:spacing w:after="100"/>
        <w:jc w:val="center"/>
      </w:pPr>
    </w:p>
    <w:p w14:paraId="36016B2B" w14:textId="77777777" w:rsidR="004375BD" w:rsidRDefault="00000000">
      <w:pPr>
        <w:spacing w:after="280"/>
        <w:jc w:val="center"/>
      </w:pPr>
      <w:r>
        <w:rPr>
          <w:b/>
          <w:sz w:val="44"/>
        </w:rPr>
        <w:t>DANAIDA</w:t>
      </w:r>
    </w:p>
    <w:p w14:paraId="6F790F2F" w14:textId="77777777" w:rsidR="004375BD" w:rsidRDefault="00000000">
      <w:pPr>
        <w:spacing w:after="140"/>
        <w:jc w:val="center"/>
      </w:pPr>
      <w:r>
        <w:t>Sculptura arată o femeie tânără.</w:t>
      </w:r>
    </w:p>
    <w:p w14:paraId="1248719E" w14:textId="77777777" w:rsidR="004375BD" w:rsidRDefault="00000000">
      <w:pPr>
        <w:spacing w:after="140"/>
        <w:jc w:val="center"/>
      </w:pPr>
      <w:r>
        <w:t>Capul ei este puțin aplecat.</w:t>
      </w:r>
    </w:p>
    <w:p w14:paraId="003B7153" w14:textId="77777777" w:rsidR="004375BD" w:rsidRDefault="00000000">
      <w:pPr>
        <w:spacing w:after="140"/>
        <w:jc w:val="center"/>
      </w:pPr>
      <w:r>
        <w:t>Femeia privește în jos.</w:t>
      </w:r>
    </w:p>
    <w:p w14:paraId="0377361A" w14:textId="77777777" w:rsidR="004375BD" w:rsidRDefault="00000000">
      <w:pPr>
        <w:spacing w:after="140"/>
        <w:jc w:val="center"/>
      </w:pPr>
      <w:r>
        <w:t>Sculptura este făcută din piatră.</w:t>
      </w:r>
    </w:p>
    <w:p w14:paraId="0F6338B9" w14:textId="77777777" w:rsidR="004375BD" w:rsidRDefault="00000000">
      <w:pPr>
        <w:spacing w:after="140"/>
        <w:jc w:val="center"/>
      </w:pPr>
      <w:r>
        <w:t>Brâncuși a folosit puține detalii.</w:t>
      </w:r>
    </w:p>
    <w:p w14:paraId="6C83D8AC" w14:textId="77777777" w:rsidR="004375BD" w:rsidRDefault="00000000">
      <w:pPr>
        <w:spacing w:after="140"/>
        <w:jc w:val="center"/>
      </w:pPr>
      <w:r>
        <w:t xml:space="preserve">El începea să </w:t>
      </w:r>
      <w:proofErr w:type="spellStart"/>
      <w:r>
        <w:t>creeze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simple.</w:t>
      </w:r>
    </w:p>
    <w:p w14:paraId="2F07AFA9" w14:textId="77777777" w:rsidR="00A06AEC" w:rsidRDefault="00A06AEC">
      <w:pPr>
        <w:spacing w:after="14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4375BD" w14:paraId="0DC4FA0D" w14:textId="77777777">
        <w:trPr>
          <w:jc w:val="center"/>
        </w:trPr>
        <w:tc>
          <w:tcPr>
            <w:tcW w:w="5184" w:type="dxa"/>
          </w:tcPr>
          <w:p w14:paraId="191C32BD" w14:textId="77777777" w:rsidR="004375BD" w:rsidRDefault="00000000">
            <w:r>
              <w:rPr>
                <w:b/>
                <w:sz w:val="25"/>
              </w:rPr>
              <w:t>DE UNDE VINE NUMELE</w:t>
            </w:r>
            <w:r>
              <w:rPr>
                <w:b/>
                <w:sz w:val="25"/>
              </w:rPr>
              <w:br/>
              <w:t>„DANAIDA” ?</w:t>
            </w:r>
          </w:p>
          <w:p w14:paraId="69D33C46" w14:textId="77777777" w:rsidR="004375BD" w:rsidRDefault="00000000">
            <w:r>
              <w:rPr>
                <w:sz w:val="23"/>
              </w:rPr>
              <w:t>Danaide se numeau cele 50 de fiice ale unui rege din Grecia antică. Brâncuși a ales numele Danaida pentru această sculptură.</w:t>
            </w:r>
          </w:p>
          <w:p w14:paraId="67BC2B6F" w14:textId="77777777" w:rsidR="004375BD" w:rsidRDefault="00000000">
            <w:r>
              <w:rPr>
                <w:sz w:val="15"/>
              </w:rPr>
              <w:t>Partenonul este un templu din Grecia antică.</w:t>
            </w:r>
          </w:p>
          <w:p w14:paraId="38DB31A4" w14:textId="77777777" w:rsidR="004375BD" w:rsidRDefault="00000000">
            <w:r>
              <w:rPr>
                <w:b/>
                <w:sz w:val="15"/>
              </w:rPr>
              <w:t>Sursă fotografie:</w:t>
            </w:r>
            <w:r>
              <w:rPr>
                <w:b/>
                <w:sz w:val="15"/>
              </w:rPr>
              <w:br/>
            </w:r>
            <w:r>
              <w:rPr>
                <w:sz w:val="14"/>
              </w:rPr>
              <w:t>Wikimedia Commons - Acropolis Parthenon Athens Greece</w:t>
            </w:r>
            <w:r>
              <w:rPr>
                <w:sz w:val="14"/>
              </w:rPr>
              <w:br/>
              <w:t>https://commons.wikimedia.org/wiki/File%3AAcropolis_Parthenon_Athens_Greece.jpg</w:t>
            </w:r>
            <w:r>
              <w:rPr>
                <w:sz w:val="14"/>
              </w:rPr>
              <w:br/>
              <w:t>Autor: Jebulon, Licență: CC0 / domeniu public - poate fi reutilizată fără restricții de copyright</w:t>
            </w:r>
          </w:p>
        </w:tc>
        <w:tc>
          <w:tcPr>
            <w:tcW w:w="5184" w:type="dxa"/>
            <w:vAlign w:val="center"/>
          </w:tcPr>
          <w:p w14:paraId="4C0C4522" w14:textId="77777777" w:rsidR="004375B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DFC4AF" wp14:editId="60895AD1">
                  <wp:extent cx="2834640" cy="121653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naida_10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216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B99040" w14:textId="77777777" w:rsidR="000273B0" w:rsidRDefault="000273B0"/>
    <w:sectPr w:rsidR="000273B0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86AB" w14:textId="77777777" w:rsidR="000273B0" w:rsidRDefault="000273B0" w:rsidP="00A06AEC">
      <w:pPr>
        <w:spacing w:after="0" w:line="240" w:lineRule="auto"/>
      </w:pPr>
      <w:r>
        <w:separator/>
      </w:r>
    </w:p>
  </w:endnote>
  <w:endnote w:type="continuationSeparator" w:id="0">
    <w:p w14:paraId="32851B64" w14:textId="77777777" w:rsidR="000273B0" w:rsidRDefault="000273B0" w:rsidP="00A06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B867" w14:textId="77777777" w:rsidR="00A06AEC" w:rsidRDefault="00A06A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227F" w14:textId="34A0E916" w:rsidR="00A06AEC" w:rsidRDefault="00A06AEC">
    <w:pPr>
      <w:pStyle w:val="Footer"/>
    </w:pPr>
    <w:r>
      <w:rPr>
        <w:noProof/>
      </w:rPr>
      <w:drawing>
        <wp:inline distT="0" distB="0" distL="0" distR="0" wp14:anchorId="1C1ABDA5" wp14:editId="36417613">
          <wp:extent cx="6583680" cy="585470"/>
          <wp:effectExtent l="0" t="0" r="0" b="0"/>
          <wp:docPr id="10414686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468641" name="Picture 10414686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ED9E" w14:textId="77777777" w:rsidR="00A06AEC" w:rsidRDefault="00A06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59A" w14:textId="77777777" w:rsidR="000273B0" w:rsidRDefault="000273B0" w:rsidP="00A06AEC">
      <w:pPr>
        <w:spacing w:after="0" w:line="240" w:lineRule="auto"/>
      </w:pPr>
      <w:r>
        <w:separator/>
      </w:r>
    </w:p>
  </w:footnote>
  <w:footnote w:type="continuationSeparator" w:id="0">
    <w:p w14:paraId="4711D1FF" w14:textId="77777777" w:rsidR="000273B0" w:rsidRDefault="000273B0" w:rsidP="00A06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EF27" w14:textId="77777777" w:rsidR="00A06AEC" w:rsidRDefault="00A06A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3882" w14:textId="16262FA5" w:rsidR="00A06AEC" w:rsidRDefault="00A06AEC">
    <w:pPr>
      <w:pStyle w:val="Header"/>
    </w:pPr>
    <w:r>
      <w:rPr>
        <w:noProof/>
      </w:rPr>
      <w:drawing>
        <wp:inline distT="0" distB="0" distL="0" distR="0" wp14:anchorId="51FE80B7" wp14:editId="0AEAC2D4">
          <wp:extent cx="6583680" cy="1519555"/>
          <wp:effectExtent l="0" t="0" r="0" b="4445"/>
          <wp:docPr id="69533440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33440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86F1" w14:textId="77777777" w:rsidR="00A06AEC" w:rsidRDefault="00A06A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5551830">
    <w:abstractNumId w:val="8"/>
  </w:num>
  <w:num w:numId="2" w16cid:durableId="1458334134">
    <w:abstractNumId w:val="6"/>
  </w:num>
  <w:num w:numId="3" w16cid:durableId="1297030623">
    <w:abstractNumId w:val="5"/>
  </w:num>
  <w:num w:numId="4" w16cid:durableId="1320964844">
    <w:abstractNumId w:val="4"/>
  </w:num>
  <w:num w:numId="5" w16cid:durableId="1967730686">
    <w:abstractNumId w:val="7"/>
  </w:num>
  <w:num w:numId="6" w16cid:durableId="826551286">
    <w:abstractNumId w:val="3"/>
  </w:num>
  <w:num w:numId="7" w16cid:durableId="1302345475">
    <w:abstractNumId w:val="2"/>
  </w:num>
  <w:num w:numId="8" w16cid:durableId="1361857948">
    <w:abstractNumId w:val="1"/>
  </w:num>
  <w:num w:numId="9" w16cid:durableId="604383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3B0"/>
    <w:rsid w:val="00034616"/>
    <w:rsid w:val="0006063C"/>
    <w:rsid w:val="0015074B"/>
    <w:rsid w:val="0029639D"/>
    <w:rsid w:val="00326F90"/>
    <w:rsid w:val="004375BD"/>
    <w:rsid w:val="00A06AEC"/>
    <w:rsid w:val="00A06BF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31D26CE"/>
  <w14:defaultImageDpi w14:val="300"/>
  <w15:docId w15:val="{2A521EFE-A280-EF4E-BCD0-C7320D8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2026-10-06T10:20:00Z</dcterms:modified>
  <cp:category/>
</cp:coreProperties>
</file>