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07ED2" w14:textId="77777777" w:rsidR="0037691A" w:rsidRDefault="00000000">
      <w:pPr>
        <w:spacing w:after="100"/>
        <w:jc w:val="center"/>
        <w:rPr>
          <w:b/>
          <w:sz w:val="26"/>
        </w:rPr>
      </w:pPr>
      <w:r w:rsidRPr="006865DA">
        <w:rPr>
          <w:b/>
          <w:sz w:val="26"/>
          <w:highlight w:val="yellow"/>
        </w:rPr>
        <w:t>TEXT UȘOR DE ÎNȚELES</w:t>
      </w:r>
    </w:p>
    <w:p w14:paraId="5075B417" w14:textId="77777777" w:rsidR="006865DA" w:rsidRDefault="006865DA">
      <w:pPr>
        <w:spacing w:after="100"/>
        <w:jc w:val="center"/>
      </w:pPr>
    </w:p>
    <w:p w14:paraId="1240A144" w14:textId="77777777" w:rsidR="006865DA" w:rsidRDefault="006865DA">
      <w:pPr>
        <w:spacing w:after="100"/>
        <w:jc w:val="center"/>
      </w:pPr>
    </w:p>
    <w:p w14:paraId="7FBDF19D" w14:textId="77777777" w:rsidR="0037691A" w:rsidRDefault="00000000">
      <w:pPr>
        <w:spacing w:after="280"/>
        <w:jc w:val="center"/>
      </w:pPr>
      <w:r>
        <w:rPr>
          <w:b/>
          <w:sz w:val="44"/>
        </w:rPr>
        <w:t>CAP DE COPIL</w:t>
      </w:r>
    </w:p>
    <w:p w14:paraId="34EAFE22" w14:textId="77777777" w:rsidR="0037691A" w:rsidRDefault="00000000">
      <w:pPr>
        <w:spacing w:after="160"/>
        <w:jc w:val="center"/>
      </w:pPr>
      <w:r>
        <w:t>Lucrarea arată capul unui copil.</w:t>
      </w:r>
    </w:p>
    <w:p w14:paraId="36243FFC" w14:textId="77777777" w:rsidR="0037691A" w:rsidRDefault="00000000">
      <w:pPr>
        <w:spacing w:after="160"/>
        <w:jc w:val="center"/>
      </w:pPr>
      <w:r>
        <w:t>Capul este puțin aplecat.</w:t>
      </w:r>
    </w:p>
    <w:p w14:paraId="27B77406" w14:textId="77777777" w:rsidR="0037691A" w:rsidRDefault="00000000">
      <w:pPr>
        <w:spacing w:after="160"/>
        <w:jc w:val="center"/>
      </w:pPr>
      <w:r>
        <w:t>Lucrarea este făcută din ghips.</w:t>
      </w:r>
    </w:p>
    <w:p w14:paraId="43EADCFA" w14:textId="77777777" w:rsidR="0037691A" w:rsidRDefault="00000000">
      <w:pPr>
        <w:spacing w:after="160"/>
        <w:jc w:val="center"/>
      </w:pPr>
      <w:r>
        <w:t>Pe suprafața sculpturii se văd urmele făcute de Brâncuși</w:t>
      </w:r>
      <w:r>
        <w:br/>
        <w:t>când a lucrat-o.</w:t>
      </w:r>
    </w:p>
    <w:p w14:paraId="242C31A6" w14:textId="77777777" w:rsidR="0037691A" w:rsidRDefault="00000000">
      <w:pPr>
        <w:spacing w:after="160"/>
        <w:jc w:val="center"/>
      </w:pPr>
      <w:r>
        <w:t xml:space="preserve">Brâncuși începea să </w:t>
      </w:r>
      <w:proofErr w:type="spellStart"/>
      <w:r>
        <w:t>folosească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simple.</w:t>
      </w:r>
    </w:p>
    <w:p w14:paraId="4F10B563" w14:textId="77777777" w:rsidR="006865DA" w:rsidRDefault="006865DA">
      <w:pPr>
        <w:spacing w:after="160"/>
        <w:jc w:val="center"/>
      </w:pPr>
    </w:p>
    <w:p w14:paraId="05ED7543" w14:textId="77777777" w:rsidR="006865DA" w:rsidRDefault="006865DA">
      <w:pPr>
        <w:spacing w:after="160"/>
        <w:jc w:val="center"/>
      </w:pPr>
    </w:p>
    <w:p w14:paraId="3A619EB5" w14:textId="77777777" w:rsidR="006865DA" w:rsidRDefault="006865DA">
      <w:pPr>
        <w:spacing w:after="16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691A" w14:paraId="6801CE36" w14:textId="77777777">
        <w:trPr>
          <w:jc w:val="center"/>
        </w:trPr>
        <w:tc>
          <w:tcPr>
            <w:tcW w:w="5184" w:type="dxa"/>
          </w:tcPr>
          <w:p w14:paraId="4E796414" w14:textId="77777777" w:rsidR="0037691A" w:rsidRDefault="00000000">
            <w:r>
              <w:rPr>
                <w:b/>
                <w:sz w:val="25"/>
              </w:rPr>
              <w:t>CUVÂNT NOU: GHIPS</w:t>
            </w:r>
          </w:p>
          <w:p w14:paraId="220124A4" w14:textId="77777777" w:rsidR="0037691A" w:rsidRDefault="00000000">
            <w:r>
              <w:rPr>
                <w:sz w:val="23"/>
              </w:rPr>
              <w:t>Ghipsul este un material care se găsește în natură. Este destul de moale și poate fi modelat. Este folosit și pentru a face sculpturi.</w:t>
            </w:r>
          </w:p>
          <w:p w14:paraId="20E76519" w14:textId="77777777" w:rsidR="0037691A" w:rsidRDefault="00000000">
            <w:r>
              <w:rPr>
                <w:b/>
                <w:sz w:val="15"/>
              </w:rPr>
              <w:t>Sursă fotografie:</w:t>
            </w:r>
            <w:r>
              <w:rPr>
                <w:b/>
                <w:sz w:val="15"/>
              </w:rPr>
              <w:br/>
            </w:r>
            <w:r>
              <w:rPr>
                <w:sz w:val="15"/>
              </w:rPr>
              <w:t>Smithsonian American Art Museum - plaster cast of a hand:</w:t>
            </w:r>
            <w:r>
              <w:rPr>
                <w:sz w:val="15"/>
              </w:rPr>
              <w:br/>
              <w:t>https://americanart.si.edu/artwork/cast-unidentified-right-hand-relaxed-position-20158</w:t>
            </w:r>
          </w:p>
        </w:tc>
        <w:tc>
          <w:tcPr>
            <w:tcW w:w="5184" w:type="dxa"/>
            <w:vAlign w:val="center"/>
          </w:tcPr>
          <w:p w14:paraId="681E286D" w14:textId="77777777" w:rsidR="0037691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C90293" wp14:editId="11748E6F">
                  <wp:extent cx="2743200" cy="182351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img_7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3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0EE0C" w14:textId="77777777" w:rsidR="000504C0" w:rsidRDefault="000504C0"/>
    <w:sectPr w:rsidR="000504C0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14FC" w14:textId="77777777" w:rsidR="000504C0" w:rsidRDefault="000504C0" w:rsidP="006865DA">
      <w:pPr>
        <w:spacing w:after="0" w:line="240" w:lineRule="auto"/>
      </w:pPr>
      <w:r>
        <w:separator/>
      </w:r>
    </w:p>
  </w:endnote>
  <w:endnote w:type="continuationSeparator" w:id="0">
    <w:p w14:paraId="00BF0B70" w14:textId="77777777" w:rsidR="000504C0" w:rsidRDefault="000504C0" w:rsidP="00686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6EBC" w14:textId="6F907204" w:rsidR="006865DA" w:rsidRDefault="006865DA">
    <w:pPr>
      <w:pStyle w:val="Footer"/>
    </w:pPr>
    <w:r>
      <w:rPr>
        <w:noProof/>
      </w:rPr>
      <w:drawing>
        <wp:inline distT="0" distB="0" distL="0" distR="0" wp14:anchorId="1372EE27" wp14:editId="4331A3B0">
          <wp:extent cx="6583680" cy="585470"/>
          <wp:effectExtent l="0" t="0" r="0" b="0"/>
          <wp:docPr id="9335694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569494" name="Picture 9335694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34C93" w14:textId="77777777" w:rsidR="000504C0" w:rsidRDefault="000504C0" w:rsidP="006865DA">
      <w:pPr>
        <w:spacing w:after="0" w:line="240" w:lineRule="auto"/>
      </w:pPr>
      <w:r>
        <w:separator/>
      </w:r>
    </w:p>
  </w:footnote>
  <w:footnote w:type="continuationSeparator" w:id="0">
    <w:p w14:paraId="1C0B77CE" w14:textId="77777777" w:rsidR="000504C0" w:rsidRDefault="000504C0" w:rsidP="00686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48F4" w14:textId="5449DE98" w:rsidR="006865DA" w:rsidRDefault="006865DA">
    <w:pPr>
      <w:pStyle w:val="Header"/>
    </w:pPr>
    <w:r>
      <w:rPr>
        <w:noProof/>
      </w:rPr>
      <w:drawing>
        <wp:inline distT="0" distB="0" distL="0" distR="0" wp14:anchorId="30ED3CF2" wp14:editId="567A7985">
          <wp:extent cx="6583680" cy="1519555"/>
          <wp:effectExtent l="0" t="0" r="0" b="4445"/>
          <wp:docPr id="921962208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962208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151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6411721">
    <w:abstractNumId w:val="8"/>
  </w:num>
  <w:num w:numId="2" w16cid:durableId="2008481811">
    <w:abstractNumId w:val="6"/>
  </w:num>
  <w:num w:numId="3" w16cid:durableId="272397187">
    <w:abstractNumId w:val="5"/>
  </w:num>
  <w:num w:numId="4" w16cid:durableId="1271204666">
    <w:abstractNumId w:val="4"/>
  </w:num>
  <w:num w:numId="5" w16cid:durableId="1571118513">
    <w:abstractNumId w:val="7"/>
  </w:num>
  <w:num w:numId="6" w16cid:durableId="1378550776">
    <w:abstractNumId w:val="3"/>
  </w:num>
  <w:num w:numId="7" w16cid:durableId="1991212165">
    <w:abstractNumId w:val="2"/>
  </w:num>
  <w:num w:numId="8" w16cid:durableId="1747801961">
    <w:abstractNumId w:val="1"/>
  </w:num>
  <w:num w:numId="9" w16cid:durableId="153708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04C0"/>
    <w:rsid w:val="0006063C"/>
    <w:rsid w:val="0015074B"/>
    <w:rsid w:val="0029639D"/>
    <w:rsid w:val="00326F90"/>
    <w:rsid w:val="0037691A"/>
    <w:rsid w:val="006865DA"/>
    <w:rsid w:val="00AA1D8D"/>
    <w:rsid w:val="00B43B7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44D2238"/>
  <w14:defaultImageDpi w14:val="300"/>
  <w15:docId w15:val="{CF0FE622-3357-B842-A8CE-6E53CF21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2026-10-06T11:01:00Z</dcterms:modified>
  <cp:category/>
</cp:coreProperties>
</file>