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1C5D9" w14:textId="77777777" w:rsidR="00713ECD" w:rsidRDefault="00000000">
      <w:pPr>
        <w:spacing w:after="100"/>
        <w:jc w:val="center"/>
        <w:rPr>
          <w:b/>
          <w:sz w:val="26"/>
        </w:rPr>
      </w:pPr>
      <w:r w:rsidRPr="009B752E">
        <w:rPr>
          <w:b/>
          <w:sz w:val="26"/>
          <w:highlight w:val="yellow"/>
        </w:rPr>
        <w:t>TEXT UȘOR DE ÎNȚELES</w:t>
      </w:r>
    </w:p>
    <w:p w14:paraId="67715D6A" w14:textId="77777777" w:rsidR="009B752E" w:rsidRDefault="009B752E">
      <w:pPr>
        <w:spacing w:after="100"/>
        <w:jc w:val="center"/>
        <w:rPr>
          <w:b/>
          <w:sz w:val="26"/>
        </w:rPr>
      </w:pPr>
    </w:p>
    <w:p w14:paraId="104A48D8" w14:textId="77777777" w:rsidR="009B752E" w:rsidRDefault="009B752E">
      <w:pPr>
        <w:spacing w:after="100"/>
        <w:jc w:val="center"/>
      </w:pPr>
    </w:p>
    <w:p w14:paraId="648FF750" w14:textId="77777777" w:rsidR="00713ECD" w:rsidRDefault="00000000">
      <w:pPr>
        <w:spacing w:after="280"/>
        <w:jc w:val="center"/>
      </w:pPr>
      <w:r>
        <w:rPr>
          <w:b/>
          <w:sz w:val="44"/>
        </w:rPr>
        <w:t>CAP DE COPIL</w:t>
      </w:r>
    </w:p>
    <w:p w14:paraId="020F9DF8" w14:textId="77777777" w:rsidR="00713ECD" w:rsidRDefault="00000000">
      <w:pPr>
        <w:spacing w:after="160"/>
        <w:jc w:val="center"/>
      </w:pPr>
      <w:r>
        <w:t>Lucrarea arată capul unui copil.</w:t>
      </w:r>
    </w:p>
    <w:p w14:paraId="2C2BE7C5" w14:textId="77777777" w:rsidR="00713ECD" w:rsidRDefault="00000000">
      <w:pPr>
        <w:spacing w:after="160"/>
        <w:jc w:val="center"/>
      </w:pPr>
      <w:r>
        <w:t>Este făcută din bronz.</w:t>
      </w:r>
    </w:p>
    <w:p w14:paraId="2B673EA5" w14:textId="77777777" w:rsidR="00713ECD" w:rsidRDefault="00000000">
      <w:pPr>
        <w:spacing w:after="160"/>
        <w:jc w:val="center"/>
      </w:pPr>
      <w:r>
        <w:t>Capul este puțin aplecat.</w:t>
      </w:r>
    </w:p>
    <w:p w14:paraId="32DB14C3" w14:textId="77777777" w:rsidR="00713ECD" w:rsidRDefault="00000000">
      <w:pPr>
        <w:spacing w:after="160"/>
        <w:jc w:val="center"/>
      </w:pPr>
      <w:r>
        <w:t>Chipul copilului are multe detalii.</w:t>
      </w:r>
    </w:p>
    <w:p w14:paraId="19B847FF" w14:textId="77777777" w:rsidR="00713ECD" w:rsidRDefault="00000000">
      <w:pPr>
        <w:spacing w:after="160"/>
        <w:jc w:val="center"/>
      </w:pPr>
      <w:r>
        <w:t>Brâncuși a făcut lucrarea în 1906, la Paris, în Franța.</w:t>
      </w:r>
    </w:p>
    <w:p w14:paraId="4DAEBC3B" w14:textId="77777777" w:rsidR="00713ECD" w:rsidRDefault="00000000">
      <w:pPr>
        <w:spacing w:after="160"/>
        <w:jc w:val="center"/>
      </w:pPr>
      <w:r>
        <w:t xml:space="preserve">Mai târziu, el a început să </w:t>
      </w:r>
      <w:proofErr w:type="spellStart"/>
      <w:r>
        <w:t>folosească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simple.</w:t>
      </w:r>
    </w:p>
    <w:p w14:paraId="0437C59A" w14:textId="77777777" w:rsidR="009B752E" w:rsidRDefault="009B752E">
      <w:pPr>
        <w:spacing w:after="160"/>
        <w:jc w:val="center"/>
      </w:pPr>
    </w:p>
    <w:p w14:paraId="3E59B37A" w14:textId="77777777" w:rsidR="009B752E" w:rsidRDefault="009B752E">
      <w:pPr>
        <w:spacing w:after="16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713ECD" w14:paraId="69C6A0D5" w14:textId="77777777">
        <w:trPr>
          <w:jc w:val="center"/>
        </w:trPr>
        <w:tc>
          <w:tcPr>
            <w:tcW w:w="5184" w:type="dxa"/>
          </w:tcPr>
          <w:p w14:paraId="4377FEEC" w14:textId="77777777" w:rsidR="00713ECD" w:rsidRDefault="00000000">
            <w:r>
              <w:rPr>
                <w:b/>
                <w:sz w:val="25"/>
              </w:rPr>
              <w:t>CUVÂNT NOU: BRONZ</w:t>
            </w:r>
          </w:p>
          <w:p w14:paraId="6D7B7541" w14:textId="77777777" w:rsidR="00713ECD" w:rsidRDefault="00000000">
            <w:r>
              <w:rPr>
                <w:sz w:val="23"/>
              </w:rPr>
              <w:t>Bronzul este un material făcut din mai multe metale. Este tare și rezistent. Bronzul este folosit și pentru sculpturi.</w:t>
            </w:r>
          </w:p>
          <w:p w14:paraId="344E306E" w14:textId="77777777" w:rsidR="00713ECD" w:rsidRDefault="00000000">
            <w:r>
              <w:rPr>
                <w:b/>
                <w:sz w:val="15"/>
              </w:rPr>
              <w:t>Sursă fotografie: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Wikimedia Commons - Bronze Ingot:</w:t>
            </w:r>
            <w:r>
              <w:rPr>
                <w:sz w:val="15"/>
              </w:rPr>
              <w:br/>
              <w:t>https://commons.wikimedia.org/wiki/File:BronzeIngot.png</w:t>
            </w:r>
          </w:p>
        </w:tc>
        <w:tc>
          <w:tcPr>
            <w:tcW w:w="5184" w:type="dxa"/>
            <w:vAlign w:val="center"/>
          </w:tcPr>
          <w:p w14:paraId="36A4C281" w14:textId="77777777" w:rsidR="00713ECD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C677AF" wp14:editId="3CEA41D3">
                  <wp:extent cx="2743200" cy="229631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2_img_8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29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500A5" w14:textId="77777777" w:rsidR="00692B66" w:rsidRDefault="00692B66"/>
    <w:sectPr w:rsidR="00692B66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18A87" w14:textId="77777777" w:rsidR="00692B66" w:rsidRDefault="00692B66" w:rsidP="009B752E">
      <w:pPr>
        <w:spacing w:after="0" w:line="240" w:lineRule="auto"/>
      </w:pPr>
      <w:r>
        <w:separator/>
      </w:r>
    </w:p>
  </w:endnote>
  <w:endnote w:type="continuationSeparator" w:id="0">
    <w:p w14:paraId="413030C0" w14:textId="77777777" w:rsidR="00692B66" w:rsidRDefault="00692B66" w:rsidP="009B7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FDA7" w14:textId="6CA12079" w:rsidR="009B752E" w:rsidRDefault="009B752E">
    <w:pPr>
      <w:pStyle w:val="Footer"/>
    </w:pPr>
    <w:r>
      <w:rPr>
        <w:noProof/>
      </w:rPr>
      <w:drawing>
        <wp:inline distT="0" distB="0" distL="0" distR="0" wp14:anchorId="7C67B92A" wp14:editId="2A32BFD5">
          <wp:extent cx="6583680" cy="585470"/>
          <wp:effectExtent l="0" t="0" r="0" b="0"/>
          <wp:docPr id="15696326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632631" name="Picture 15696326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7362" w14:textId="77777777" w:rsidR="00692B66" w:rsidRDefault="00692B66" w:rsidP="009B752E">
      <w:pPr>
        <w:spacing w:after="0" w:line="240" w:lineRule="auto"/>
      </w:pPr>
      <w:r>
        <w:separator/>
      </w:r>
    </w:p>
  </w:footnote>
  <w:footnote w:type="continuationSeparator" w:id="0">
    <w:p w14:paraId="6E6AD7F6" w14:textId="77777777" w:rsidR="00692B66" w:rsidRDefault="00692B66" w:rsidP="009B7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CFC0E" w14:textId="694BCF9F" w:rsidR="009B752E" w:rsidRDefault="009B752E">
    <w:pPr>
      <w:pStyle w:val="Header"/>
    </w:pPr>
    <w:r>
      <w:rPr>
        <w:noProof/>
      </w:rPr>
      <w:drawing>
        <wp:inline distT="0" distB="0" distL="0" distR="0" wp14:anchorId="1C6901DF" wp14:editId="680412F4">
          <wp:extent cx="6583680" cy="1519555"/>
          <wp:effectExtent l="0" t="0" r="0" b="4445"/>
          <wp:docPr id="1796137333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137333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0824458">
    <w:abstractNumId w:val="8"/>
  </w:num>
  <w:num w:numId="2" w16cid:durableId="1680430944">
    <w:abstractNumId w:val="6"/>
  </w:num>
  <w:num w:numId="3" w16cid:durableId="278731199">
    <w:abstractNumId w:val="5"/>
  </w:num>
  <w:num w:numId="4" w16cid:durableId="118383373">
    <w:abstractNumId w:val="4"/>
  </w:num>
  <w:num w:numId="5" w16cid:durableId="1057893062">
    <w:abstractNumId w:val="7"/>
  </w:num>
  <w:num w:numId="6" w16cid:durableId="1404568686">
    <w:abstractNumId w:val="3"/>
  </w:num>
  <w:num w:numId="7" w16cid:durableId="606888825">
    <w:abstractNumId w:val="2"/>
  </w:num>
  <w:num w:numId="8" w16cid:durableId="2098480932">
    <w:abstractNumId w:val="1"/>
  </w:num>
  <w:num w:numId="9" w16cid:durableId="94746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2B66"/>
    <w:rsid w:val="00713ECD"/>
    <w:rsid w:val="009B752E"/>
    <w:rsid w:val="00AA1D8D"/>
    <w:rsid w:val="00B43B7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9DDBA40"/>
  <w14:defaultImageDpi w14:val="300"/>
  <w15:docId w15:val="{CF0FE622-3357-B842-A8CE-6E53CF21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2026-10-06T11:26:00Z</dcterms:modified>
  <cp:category/>
</cp:coreProperties>
</file>